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B13E809" w14:textId="77777777" w:rsidR="00516BE5" w:rsidRDefault="00000000">
      <w:pPr>
        <w:pStyle w:val="Heading1"/>
      </w:pPr>
      <w:r>
        <w:t>Desain Database Jurnal Pembelajaran</w:t>
      </w:r>
    </w:p>
    <w:p w14:paraId="45B9A55E" w14:textId="77777777" w:rsidR="00516BE5" w:rsidRDefault="00000000">
      <w:r>
        <w:t>Berikut adalah desain database yang dirancang untuk menyimpan informasi terkait jurnal pembelajaran. Desain ini mencakup tabel untuk guru, mata pelajaran, jurnal pembelajaran, absensi siswa, dan jam kosong.</w:t>
      </w:r>
    </w:p>
    <w:p w14:paraId="7E09E9FA" w14:textId="77777777" w:rsidR="00516BE5" w:rsidRDefault="00000000">
      <w:pPr>
        <w:pStyle w:val="Heading2"/>
      </w:pPr>
      <w:r>
        <w:t>1. Tabel Guru</w:t>
      </w:r>
    </w:p>
    <w:p w14:paraId="5D620C10" w14:textId="77777777" w:rsidR="00516BE5" w:rsidRDefault="00000000">
      <w:r>
        <w:t>Menyimpan informasi tentang guru, dengan penambahan ID unik.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80"/>
        <w:gridCol w:w="2880"/>
        <w:gridCol w:w="2880"/>
      </w:tblGrid>
      <w:tr w:rsidR="00516BE5" w14:paraId="6D390867" w14:textId="77777777" w:rsidTr="00AB4189">
        <w:tc>
          <w:tcPr>
            <w:tcW w:w="2880" w:type="dxa"/>
            <w:shd w:val="clear" w:color="auto" w:fill="B6DDE8" w:themeFill="accent5" w:themeFillTint="66"/>
          </w:tcPr>
          <w:p w14:paraId="15759F8D" w14:textId="77777777" w:rsidR="00516BE5" w:rsidRDefault="00000000">
            <w:r>
              <w:t>Kolom</w:t>
            </w:r>
          </w:p>
        </w:tc>
        <w:tc>
          <w:tcPr>
            <w:tcW w:w="2880" w:type="dxa"/>
            <w:shd w:val="clear" w:color="auto" w:fill="B6DDE8" w:themeFill="accent5" w:themeFillTint="66"/>
          </w:tcPr>
          <w:p w14:paraId="5C76A09D" w14:textId="77777777" w:rsidR="00516BE5" w:rsidRDefault="00000000">
            <w:r>
              <w:t>Tipe Data</w:t>
            </w:r>
          </w:p>
        </w:tc>
        <w:tc>
          <w:tcPr>
            <w:tcW w:w="2880" w:type="dxa"/>
            <w:shd w:val="clear" w:color="auto" w:fill="B6DDE8" w:themeFill="accent5" w:themeFillTint="66"/>
          </w:tcPr>
          <w:p w14:paraId="4DFC904F" w14:textId="77777777" w:rsidR="00516BE5" w:rsidRDefault="00000000">
            <w:r>
              <w:t>Keterangan</w:t>
            </w:r>
          </w:p>
        </w:tc>
      </w:tr>
      <w:tr w:rsidR="00516BE5" w14:paraId="27940500" w14:textId="77777777">
        <w:tc>
          <w:tcPr>
            <w:tcW w:w="2880" w:type="dxa"/>
          </w:tcPr>
          <w:p w14:paraId="4004523A" w14:textId="77777777" w:rsidR="00516BE5" w:rsidRDefault="00000000">
            <w:r>
              <w:t>id_guru</w:t>
            </w:r>
          </w:p>
        </w:tc>
        <w:tc>
          <w:tcPr>
            <w:tcW w:w="2880" w:type="dxa"/>
          </w:tcPr>
          <w:p w14:paraId="00D349D3" w14:textId="77777777" w:rsidR="00516BE5" w:rsidRDefault="00000000">
            <w:r>
              <w:t>INT AUTO_INCREMENT</w:t>
            </w:r>
          </w:p>
        </w:tc>
        <w:tc>
          <w:tcPr>
            <w:tcW w:w="2880" w:type="dxa"/>
          </w:tcPr>
          <w:p w14:paraId="44C3D375" w14:textId="77777777" w:rsidR="00516BE5" w:rsidRDefault="00000000">
            <w:r>
              <w:t>Primary key</w:t>
            </w:r>
          </w:p>
        </w:tc>
      </w:tr>
      <w:tr w:rsidR="00516BE5" w14:paraId="0F1D7B2B" w14:textId="77777777">
        <w:tc>
          <w:tcPr>
            <w:tcW w:w="2880" w:type="dxa"/>
          </w:tcPr>
          <w:p w14:paraId="7490999A" w14:textId="77777777" w:rsidR="00516BE5" w:rsidRDefault="00000000">
            <w:r>
              <w:t>kode_guru</w:t>
            </w:r>
          </w:p>
        </w:tc>
        <w:tc>
          <w:tcPr>
            <w:tcW w:w="2880" w:type="dxa"/>
          </w:tcPr>
          <w:p w14:paraId="6A61A985" w14:textId="77777777" w:rsidR="00516BE5" w:rsidRDefault="00000000">
            <w:r>
              <w:t>VARCHAR(10)</w:t>
            </w:r>
          </w:p>
        </w:tc>
        <w:tc>
          <w:tcPr>
            <w:tcW w:w="2880" w:type="dxa"/>
          </w:tcPr>
          <w:p w14:paraId="3FB147D5" w14:textId="77777777" w:rsidR="00516BE5" w:rsidRDefault="00000000">
            <w:r>
              <w:t>Kode unik guru (opsional)</w:t>
            </w:r>
          </w:p>
        </w:tc>
      </w:tr>
      <w:tr w:rsidR="00516BE5" w14:paraId="78F12DBA" w14:textId="77777777">
        <w:tc>
          <w:tcPr>
            <w:tcW w:w="2880" w:type="dxa"/>
          </w:tcPr>
          <w:p w14:paraId="790ACA5A" w14:textId="77777777" w:rsidR="00516BE5" w:rsidRDefault="00000000">
            <w:r>
              <w:t>nama_guru</w:t>
            </w:r>
          </w:p>
        </w:tc>
        <w:tc>
          <w:tcPr>
            <w:tcW w:w="2880" w:type="dxa"/>
          </w:tcPr>
          <w:p w14:paraId="2E01E591" w14:textId="77777777" w:rsidR="00516BE5" w:rsidRDefault="00000000">
            <w:r>
              <w:t>VARCHAR(100)</w:t>
            </w:r>
          </w:p>
        </w:tc>
        <w:tc>
          <w:tcPr>
            <w:tcW w:w="2880" w:type="dxa"/>
          </w:tcPr>
          <w:p w14:paraId="19D0C3B8" w14:textId="77777777" w:rsidR="00516BE5" w:rsidRDefault="00000000">
            <w:r>
              <w:t>Nama lengkap guru</w:t>
            </w:r>
          </w:p>
        </w:tc>
      </w:tr>
      <w:tr w:rsidR="00516BE5" w14:paraId="7D17E457" w14:textId="77777777">
        <w:tc>
          <w:tcPr>
            <w:tcW w:w="2880" w:type="dxa"/>
          </w:tcPr>
          <w:p w14:paraId="57742823" w14:textId="77777777" w:rsidR="00516BE5" w:rsidRDefault="00000000">
            <w:r>
              <w:t>mata_pelajaran</w:t>
            </w:r>
          </w:p>
        </w:tc>
        <w:tc>
          <w:tcPr>
            <w:tcW w:w="2880" w:type="dxa"/>
          </w:tcPr>
          <w:p w14:paraId="1E34B264" w14:textId="77777777" w:rsidR="00516BE5" w:rsidRDefault="00000000">
            <w:r>
              <w:t>VARCHAR(100)</w:t>
            </w:r>
          </w:p>
        </w:tc>
        <w:tc>
          <w:tcPr>
            <w:tcW w:w="2880" w:type="dxa"/>
          </w:tcPr>
          <w:p w14:paraId="66AC5A7A" w14:textId="77777777" w:rsidR="00516BE5" w:rsidRDefault="00000000">
            <w:r>
              <w:t>Mata pelajaran yang diajarkan</w:t>
            </w:r>
          </w:p>
        </w:tc>
      </w:tr>
      <w:tr w:rsidR="00516BE5" w14:paraId="3D078EA8" w14:textId="77777777">
        <w:tc>
          <w:tcPr>
            <w:tcW w:w="2880" w:type="dxa"/>
          </w:tcPr>
          <w:p w14:paraId="189FDEA2" w14:textId="77777777" w:rsidR="00516BE5" w:rsidRDefault="00000000">
            <w:r>
              <w:t>paraf</w:t>
            </w:r>
          </w:p>
        </w:tc>
        <w:tc>
          <w:tcPr>
            <w:tcW w:w="2880" w:type="dxa"/>
          </w:tcPr>
          <w:p w14:paraId="482CBE99" w14:textId="77777777" w:rsidR="00516BE5" w:rsidRDefault="00000000">
            <w:r>
              <w:t>VARCHAR(10)</w:t>
            </w:r>
          </w:p>
        </w:tc>
        <w:tc>
          <w:tcPr>
            <w:tcW w:w="2880" w:type="dxa"/>
          </w:tcPr>
          <w:p w14:paraId="7798D3F0" w14:textId="77777777" w:rsidR="00516BE5" w:rsidRDefault="00000000">
            <w:r>
              <w:t>Paraf guru</w:t>
            </w:r>
          </w:p>
        </w:tc>
      </w:tr>
    </w:tbl>
    <w:p w14:paraId="65F88F3B" w14:textId="77777777" w:rsidR="00516BE5" w:rsidRDefault="00000000">
      <w:pPr>
        <w:pStyle w:val="Heading2"/>
      </w:pPr>
      <w:r>
        <w:t>2. Tabel MataPelajaran</w:t>
      </w:r>
    </w:p>
    <w:p w14:paraId="0B9BC039" w14:textId="77777777" w:rsidR="00516BE5" w:rsidRDefault="00000000">
      <w:r>
        <w:t>Menyimpan daftar mata pelajaran, dengan penambahan ID unik.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80"/>
        <w:gridCol w:w="2880"/>
        <w:gridCol w:w="2880"/>
      </w:tblGrid>
      <w:tr w:rsidR="00516BE5" w14:paraId="1D9D224D" w14:textId="77777777" w:rsidTr="00AB4189">
        <w:tc>
          <w:tcPr>
            <w:tcW w:w="2880" w:type="dxa"/>
            <w:shd w:val="clear" w:color="auto" w:fill="B6DDE8" w:themeFill="accent5" w:themeFillTint="66"/>
          </w:tcPr>
          <w:p w14:paraId="712A12DC" w14:textId="77777777" w:rsidR="00516BE5" w:rsidRDefault="00000000">
            <w:r>
              <w:t>Kolom</w:t>
            </w:r>
          </w:p>
        </w:tc>
        <w:tc>
          <w:tcPr>
            <w:tcW w:w="2880" w:type="dxa"/>
            <w:shd w:val="clear" w:color="auto" w:fill="B6DDE8" w:themeFill="accent5" w:themeFillTint="66"/>
          </w:tcPr>
          <w:p w14:paraId="76227F0D" w14:textId="77777777" w:rsidR="00516BE5" w:rsidRDefault="00000000">
            <w:r>
              <w:t>Tipe Data</w:t>
            </w:r>
          </w:p>
        </w:tc>
        <w:tc>
          <w:tcPr>
            <w:tcW w:w="2880" w:type="dxa"/>
            <w:shd w:val="clear" w:color="auto" w:fill="B6DDE8" w:themeFill="accent5" w:themeFillTint="66"/>
          </w:tcPr>
          <w:p w14:paraId="2470FCC0" w14:textId="77777777" w:rsidR="00516BE5" w:rsidRDefault="00000000">
            <w:r>
              <w:t>Keterangan</w:t>
            </w:r>
          </w:p>
        </w:tc>
      </w:tr>
      <w:tr w:rsidR="00516BE5" w14:paraId="3AA65438" w14:textId="77777777">
        <w:tc>
          <w:tcPr>
            <w:tcW w:w="2880" w:type="dxa"/>
          </w:tcPr>
          <w:p w14:paraId="3039A191" w14:textId="77777777" w:rsidR="00516BE5" w:rsidRDefault="00000000">
            <w:r>
              <w:t>id_mapel</w:t>
            </w:r>
          </w:p>
        </w:tc>
        <w:tc>
          <w:tcPr>
            <w:tcW w:w="2880" w:type="dxa"/>
          </w:tcPr>
          <w:p w14:paraId="2DF7F6FE" w14:textId="77777777" w:rsidR="00516BE5" w:rsidRDefault="00000000">
            <w:r>
              <w:t>INT AUTO_INCREMENT</w:t>
            </w:r>
          </w:p>
        </w:tc>
        <w:tc>
          <w:tcPr>
            <w:tcW w:w="2880" w:type="dxa"/>
          </w:tcPr>
          <w:p w14:paraId="1CCB3469" w14:textId="77777777" w:rsidR="00516BE5" w:rsidRDefault="00000000">
            <w:r>
              <w:t>Primary key</w:t>
            </w:r>
          </w:p>
        </w:tc>
      </w:tr>
      <w:tr w:rsidR="00516BE5" w14:paraId="4E2A4775" w14:textId="77777777">
        <w:tc>
          <w:tcPr>
            <w:tcW w:w="2880" w:type="dxa"/>
          </w:tcPr>
          <w:p w14:paraId="19F9CB67" w14:textId="77777777" w:rsidR="00516BE5" w:rsidRDefault="00000000">
            <w:r>
              <w:t>kode_mapel</w:t>
            </w:r>
          </w:p>
        </w:tc>
        <w:tc>
          <w:tcPr>
            <w:tcW w:w="2880" w:type="dxa"/>
          </w:tcPr>
          <w:p w14:paraId="1EFCE6D7" w14:textId="77777777" w:rsidR="00516BE5" w:rsidRDefault="00000000">
            <w:r>
              <w:t>VARCHAR(10)</w:t>
            </w:r>
          </w:p>
        </w:tc>
        <w:tc>
          <w:tcPr>
            <w:tcW w:w="2880" w:type="dxa"/>
          </w:tcPr>
          <w:p w14:paraId="67309753" w14:textId="77777777" w:rsidR="00516BE5" w:rsidRDefault="00000000">
            <w:r>
              <w:t>Kode unik mata pelajaran</w:t>
            </w:r>
          </w:p>
        </w:tc>
      </w:tr>
      <w:tr w:rsidR="00516BE5" w14:paraId="3D61B1CE" w14:textId="77777777">
        <w:tc>
          <w:tcPr>
            <w:tcW w:w="2880" w:type="dxa"/>
          </w:tcPr>
          <w:p w14:paraId="47043A75" w14:textId="77777777" w:rsidR="00516BE5" w:rsidRDefault="00000000">
            <w:r>
              <w:t>nama_mapel</w:t>
            </w:r>
          </w:p>
        </w:tc>
        <w:tc>
          <w:tcPr>
            <w:tcW w:w="2880" w:type="dxa"/>
          </w:tcPr>
          <w:p w14:paraId="08436403" w14:textId="77777777" w:rsidR="00516BE5" w:rsidRDefault="00000000">
            <w:r>
              <w:t>VARCHAR(100)</w:t>
            </w:r>
          </w:p>
        </w:tc>
        <w:tc>
          <w:tcPr>
            <w:tcW w:w="2880" w:type="dxa"/>
          </w:tcPr>
          <w:p w14:paraId="1C6081D6" w14:textId="77777777" w:rsidR="00516BE5" w:rsidRDefault="00000000">
            <w:r>
              <w:t>Nama mata pelajaran</w:t>
            </w:r>
          </w:p>
        </w:tc>
      </w:tr>
    </w:tbl>
    <w:p w14:paraId="67EEF51D" w14:textId="77777777" w:rsidR="00516BE5" w:rsidRDefault="00000000">
      <w:pPr>
        <w:pStyle w:val="Heading2"/>
      </w:pPr>
      <w:r>
        <w:t>3. Tabel JurnalPembelajaran</w:t>
      </w:r>
    </w:p>
    <w:p w14:paraId="553E4C19" w14:textId="77777777" w:rsidR="00516BE5" w:rsidRDefault="00000000">
      <w:r>
        <w:t>Mencatat detail pembelajaran harian, dengan relasi ke tabel Guru dan MataPelajaran.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80"/>
        <w:gridCol w:w="2880"/>
        <w:gridCol w:w="2880"/>
      </w:tblGrid>
      <w:tr w:rsidR="00516BE5" w14:paraId="661D7FD7" w14:textId="77777777" w:rsidTr="00AB4189">
        <w:tc>
          <w:tcPr>
            <w:tcW w:w="2880" w:type="dxa"/>
            <w:shd w:val="clear" w:color="auto" w:fill="B6DDE8" w:themeFill="accent5" w:themeFillTint="66"/>
          </w:tcPr>
          <w:p w14:paraId="51FA50DE" w14:textId="77777777" w:rsidR="00516BE5" w:rsidRDefault="00000000">
            <w:r>
              <w:t>Kolom</w:t>
            </w:r>
          </w:p>
        </w:tc>
        <w:tc>
          <w:tcPr>
            <w:tcW w:w="2880" w:type="dxa"/>
            <w:shd w:val="clear" w:color="auto" w:fill="B6DDE8" w:themeFill="accent5" w:themeFillTint="66"/>
          </w:tcPr>
          <w:p w14:paraId="0AFD432C" w14:textId="77777777" w:rsidR="00516BE5" w:rsidRDefault="00000000">
            <w:r>
              <w:t>Tipe Data</w:t>
            </w:r>
          </w:p>
        </w:tc>
        <w:tc>
          <w:tcPr>
            <w:tcW w:w="2880" w:type="dxa"/>
            <w:shd w:val="clear" w:color="auto" w:fill="B6DDE8" w:themeFill="accent5" w:themeFillTint="66"/>
          </w:tcPr>
          <w:p w14:paraId="31069F64" w14:textId="77777777" w:rsidR="00516BE5" w:rsidRDefault="00000000">
            <w:r>
              <w:t>Keterangan</w:t>
            </w:r>
          </w:p>
        </w:tc>
      </w:tr>
      <w:tr w:rsidR="00516BE5" w14:paraId="69A24D15" w14:textId="77777777">
        <w:tc>
          <w:tcPr>
            <w:tcW w:w="2880" w:type="dxa"/>
          </w:tcPr>
          <w:p w14:paraId="14BE4402" w14:textId="77777777" w:rsidR="00516BE5" w:rsidRDefault="00000000">
            <w:r>
              <w:t>id_jurnal</w:t>
            </w:r>
          </w:p>
        </w:tc>
        <w:tc>
          <w:tcPr>
            <w:tcW w:w="2880" w:type="dxa"/>
          </w:tcPr>
          <w:p w14:paraId="6243BF97" w14:textId="77777777" w:rsidR="00516BE5" w:rsidRDefault="00000000">
            <w:r>
              <w:t>INT AUTO_INCREMENT</w:t>
            </w:r>
          </w:p>
        </w:tc>
        <w:tc>
          <w:tcPr>
            <w:tcW w:w="2880" w:type="dxa"/>
          </w:tcPr>
          <w:p w14:paraId="5C19ECE7" w14:textId="77777777" w:rsidR="00516BE5" w:rsidRDefault="00000000">
            <w:r>
              <w:t>Primary key</w:t>
            </w:r>
          </w:p>
        </w:tc>
      </w:tr>
      <w:tr w:rsidR="00516BE5" w14:paraId="6A2FF8CD" w14:textId="77777777">
        <w:tc>
          <w:tcPr>
            <w:tcW w:w="2880" w:type="dxa"/>
          </w:tcPr>
          <w:p w14:paraId="1273FF70" w14:textId="77777777" w:rsidR="00516BE5" w:rsidRDefault="00000000">
            <w:r>
              <w:t>tanggal</w:t>
            </w:r>
          </w:p>
        </w:tc>
        <w:tc>
          <w:tcPr>
            <w:tcW w:w="2880" w:type="dxa"/>
          </w:tcPr>
          <w:p w14:paraId="071B393E" w14:textId="77777777" w:rsidR="00516BE5" w:rsidRDefault="00000000">
            <w:r>
              <w:t>DATE</w:t>
            </w:r>
          </w:p>
        </w:tc>
        <w:tc>
          <w:tcPr>
            <w:tcW w:w="2880" w:type="dxa"/>
          </w:tcPr>
          <w:p w14:paraId="3A6FB2ED" w14:textId="77777777" w:rsidR="00516BE5" w:rsidRDefault="00000000">
            <w:r>
              <w:t>Tanggal pembelajaran</w:t>
            </w:r>
          </w:p>
        </w:tc>
      </w:tr>
      <w:tr w:rsidR="00516BE5" w14:paraId="5FD26919" w14:textId="77777777">
        <w:tc>
          <w:tcPr>
            <w:tcW w:w="2880" w:type="dxa"/>
          </w:tcPr>
          <w:p w14:paraId="4D68ADFC" w14:textId="77777777" w:rsidR="00516BE5" w:rsidRDefault="00000000">
            <w:r>
              <w:t>jam_ke</w:t>
            </w:r>
          </w:p>
        </w:tc>
        <w:tc>
          <w:tcPr>
            <w:tcW w:w="2880" w:type="dxa"/>
          </w:tcPr>
          <w:p w14:paraId="43E76A66" w14:textId="77777777" w:rsidR="00516BE5" w:rsidRDefault="00000000">
            <w:r>
              <w:t>INT</w:t>
            </w:r>
          </w:p>
        </w:tc>
        <w:tc>
          <w:tcPr>
            <w:tcW w:w="2880" w:type="dxa"/>
          </w:tcPr>
          <w:p w14:paraId="1FE99A55" w14:textId="77777777" w:rsidR="00516BE5" w:rsidRDefault="00000000">
            <w:r>
              <w:t>Jam keberapa</w:t>
            </w:r>
          </w:p>
        </w:tc>
      </w:tr>
      <w:tr w:rsidR="00516BE5" w14:paraId="5614EF33" w14:textId="77777777">
        <w:tc>
          <w:tcPr>
            <w:tcW w:w="2880" w:type="dxa"/>
          </w:tcPr>
          <w:p w14:paraId="2616C318" w14:textId="77777777" w:rsidR="00516BE5" w:rsidRDefault="00000000">
            <w:r>
              <w:t>id_guru</w:t>
            </w:r>
          </w:p>
        </w:tc>
        <w:tc>
          <w:tcPr>
            <w:tcW w:w="2880" w:type="dxa"/>
          </w:tcPr>
          <w:p w14:paraId="52472F7B" w14:textId="77777777" w:rsidR="00516BE5" w:rsidRDefault="00000000">
            <w:r>
              <w:t>INT</w:t>
            </w:r>
          </w:p>
        </w:tc>
        <w:tc>
          <w:tcPr>
            <w:tcW w:w="2880" w:type="dxa"/>
          </w:tcPr>
          <w:p w14:paraId="0FF571A1" w14:textId="77777777" w:rsidR="00516BE5" w:rsidRDefault="00000000">
            <w:r>
              <w:t>Foreign key ke tabel Guru</w:t>
            </w:r>
          </w:p>
        </w:tc>
      </w:tr>
      <w:tr w:rsidR="00516BE5" w14:paraId="7BA61154" w14:textId="77777777">
        <w:tc>
          <w:tcPr>
            <w:tcW w:w="2880" w:type="dxa"/>
          </w:tcPr>
          <w:p w14:paraId="7C295CD4" w14:textId="77777777" w:rsidR="00516BE5" w:rsidRDefault="00000000">
            <w:r>
              <w:t>id_mapel</w:t>
            </w:r>
          </w:p>
        </w:tc>
        <w:tc>
          <w:tcPr>
            <w:tcW w:w="2880" w:type="dxa"/>
          </w:tcPr>
          <w:p w14:paraId="59DB2108" w14:textId="77777777" w:rsidR="00516BE5" w:rsidRDefault="00000000">
            <w:r>
              <w:t>INT</w:t>
            </w:r>
          </w:p>
        </w:tc>
        <w:tc>
          <w:tcPr>
            <w:tcW w:w="2880" w:type="dxa"/>
          </w:tcPr>
          <w:p w14:paraId="468F1F06" w14:textId="77777777" w:rsidR="00516BE5" w:rsidRDefault="00000000">
            <w:r>
              <w:t>Foreign key ke tabel MataPelajaran</w:t>
            </w:r>
          </w:p>
        </w:tc>
      </w:tr>
      <w:tr w:rsidR="00516BE5" w14:paraId="197AE227" w14:textId="77777777">
        <w:tc>
          <w:tcPr>
            <w:tcW w:w="2880" w:type="dxa"/>
          </w:tcPr>
          <w:p w14:paraId="2CF3AFCA" w14:textId="77777777" w:rsidR="00516BE5" w:rsidRDefault="00000000">
            <w:r>
              <w:t>kompetensi_dasar</w:t>
            </w:r>
          </w:p>
        </w:tc>
        <w:tc>
          <w:tcPr>
            <w:tcW w:w="2880" w:type="dxa"/>
          </w:tcPr>
          <w:p w14:paraId="1BAB9DFE" w14:textId="77777777" w:rsidR="00516BE5" w:rsidRDefault="00000000">
            <w:r>
              <w:t>TEXT</w:t>
            </w:r>
          </w:p>
        </w:tc>
        <w:tc>
          <w:tcPr>
            <w:tcW w:w="2880" w:type="dxa"/>
          </w:tcPr>
          <w:p w14:paraId="21D8E94D" w14:textId="77777777" w:rsidR="00516BE5" w:rsidRDefault="00000000">
            <w:r>
              <w:t>Kompetensi dasar yang diajarkan</w:t>
            </w:r>
          </w:p>
        </w:tc>
      </w:tr>
      <w:tr w:rsidR="00516BE5" w14:paraId="1420161D" w14:textId="77777777">
        <w:tc>
          <w:tcPr>
            <w:tcW w:w="2880" w:type="dxa"/>
          </w:tcPr>
          <w:p w14:paraId="1A42A7F8" w14:textId="77777777" w:rsidR="00516BE5" w:rsidRDefault="00000000">
            <w:r>
              <w:t>materi_pembelajaran</w:t>
            </w:r>
          </w:p>
        </w:tc>
        <w:tc>
          <w:tcPr>
            <w:tcW w:w="2880" w:type="dxa"/>
          </w:tcPr>
          <w:p w14:paraId="0A32989C" w14:textId="77777777" w:rsidR="00516BE5" w:rsidRDefault="00000000">
            <w:r>
              <w:t>TEXT</w:t>
            </w:r>
          </w:p>
        </w:tc>
        <w:tc>
          <w:tcPr>
            <w:tcW w:w="2880" w:type="dxa"/>
          </w:tcPr>
          <w:p w14:paraId="52153F09" w14:textId="77777777" w:rsidR="00516BE5" w:rsidRDefault="00000000">
            <w:r>
              <w:t>Materi pembelajaran</w:t>
            </w:r>
          </w:p>
        </w:tc>
      </w:tr>
      <w:tr w:rsidR="00516BE5" w14:paraId="68EB9F8E" w14:textId="77777777">
        <w:tc>
          <w:tcPr>
            <w:tcW w:w="2880" w:type="dxa"/>
          </w:tcPr>
          <w:p w14:paraId="2DFD01D8" w14:textId="77777777" w:rsidR="00516BE5" w:rsidRDefault="00000000">
            <w:r>
              <w:t>paraf_guru</w:t>
            </w:r>
          </w:p>
        </w:tc>
        <w:tc>
          <w:tcPr>
            <w:tcW w:w="2880" w:type="dxa"/>
          </w:tcPr>
          <w:p w14:paraId="5E3C94DB" w14:textId="77777777" w:rsidR="00516BE5" w:rsidRDefault="00000000">
            <w:r>
              <w:t>VARCHAR(10)</w:t>
            </w:r>
          </w:p>
        </w:tc>
        <w:tc>
          <w:tcPr>
            <w:tcW w:w="2880" w:type="dxa"/>
          </w:tcPr>
          <w:p w14:paraId="55278A25" w14:textId="77777777" w:rsidR="00516BE5" w:rsidRDefault="00000000">
            <w:r>
              <w:t>Paraf guru</w:t>
            </w:r>
          </w:p>
        </w:tc>
      </w:tr>
    </w:tbl>
    <w:p w14:paraId="3254FCED" w14:textId="77777777" w:rsidR="00516BE5" w:rsidRDefault="00000000">
      <w:pPr>
        <w:pStyle w:val="Heading2"/>
      </w:pPr>
      <w:r>
        <w:t>4. Tabel AbsensiSiswa</w:t>
      </w:r>
    </w:p>
    <w:p w14:paraId="0177F0FC" w14:textId="77777777" w:rsidR="00516BE5" w:rsidRDefault="00000000">
      <w:r>
        <w:t>Menyimpan daftar kehadiran siswa untuk setiap jurnal pembelajaran.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80"/>
        <w:gridCol w:w="2880"/>
        <w:gridCol w:w="2880"/>
      </w:tblGrid>
      <w:tr w:rsidR="00516BE5" w14:paraId="39267C47" w14:textId="77777777" w:rsidTr="00AB4189">
        <w:tc>
          <w:tcPr>
            <w:tcW w:w="2880" w:type="dxa"/>
            <w:shd w:val="clear" w:color="auto" w:fill="B6DDE8" w:themeFill="accent5" w:themeFillTint="66"/>
          </w:tcPr>
          <w:p w14:paraId="7164A1B3" w14:textId="77777777" w:rsidR="00516BE5" w:rsidRDefault="00000000">
            <w:r>
              <w:t>Kolom</w:t>
            </w:r>
          </w:p>
        </w:tc>
        <w:tc>
          <w:tcPr>
            <w:tcW w:w="2880" w:type="dxa"/>
            <w:shd w:val="clear" w:color="auto" w:fill="B6DDE8" w:themeFill="accent5" w:themeFillTint="66"/>
          </w:tcPr>
          <w:p w14:paraId="3C9C4C09" w14:textId="77777777" w:rsidR="00516BE5" w:rsidRDefault="00000000">
            <w:r>
              <w:t>Tipe Data</w:t>
            </w:r>
          </w:p>
        </w:tc>
        <w:tc>
          <w:tcPr>
            <w:tcW w:w="2880" w:type="dxa"/>
            <w:shd w:val="clear" w:color="auto" w:fill="B6DDE8" w:themeFill="accent5" w:themeFillTint="66"/>
          </w:tcPr>
          <w:p w14:paraId="531DCBF6" w14:textId="77777777" w:rsidR="00516BE5" w:rsidRDefault="00000000">
            <w:r>
              <w:t>Keterangan</w:t>
            </w:r>
          </w:p>
        </w:tc>
      </w:tr>
      <w:tr w:rsidR="00516BE5" w14:paraId="344E47DB" w14:textId="77777777">
        <w:tc>
          <w:tcPr>
            <w:tcW w:w="2880" w:type="dxa"/>
          </w:tcPr>
          <w:p w14:paraId="147A7674" w14:textId="77777777" w:rsidR="00516BE5" w:rsidRDefault="00000000">
            <w:r>
              <w:t>id_absensi</w:t>
            </w:r>
          </w:p>
        </w:tc>
        <w:tc>
          <w:tcPr>
            <w:tcW w:w="2880" w:type="dxa"/>
          </w:tcPr>
          <w:p w14:paraId="391EFEA2" w14:textId="77777777" w:rsidR="00516BE5" w:rsidRDefault="00000000">
            <w:r>
              <w:t>INT AUTO_INCREMENT</w:t>
            </w:r>
          </w:p>
        </w:tc>
        <w:tc>
          <w:tcPr>
            <w:tcW w:w="2880" w:type="dxa"/>
          </w:tcPr>
          <w:p w14:paraId="751B530E" w14:textId="77777777" w:rsidR="00516BE5" w:rsidRDefault="00000000">
            <w:r>
              <w:t>Primary key</w:t>
            </w:r>
          </w:p>
        </w:tc>
      </w:tr>
      <w:tr w:rsidR="00516BE5" w14:paraId="0BC98962" w14:textId="77777777">
        <w:tc>
          <w:tcPr>
            <w:tcW w:w="2880" w:type="dxa"/>
          </w:tcPr>
          <w:p w14:paraId="3A277B7E" w14:textId="77777777" w:rsidR="00516BE5" w:rsidRDefault="00000000">
            <w:r>
              <w:t>id_jurnal</w:t>
            </w:r>
          </w:p>
        </w:tc>
        <w:tc>
          <w:tcPr>
            <w:tcW w:w="2880" w:type="dxa"/>
          </w:tcPr>
          <w:p w14:paraId="17B96FEF" w14:textId="77777777" w:rsidR="00516BE5" w:rsidRDefault="00000000">
            <w:r>
              <w:t>INT</w:t>
            </w:r>
          </w:p>
        </w:tc>
        <w:tc>
          <w:tcPr>
            <w:tcW w:w="2880" w:type="dxa"/>
          </w:tcPr>
          <w:p w14:paraId="4007F186" w14:textId="77777777" w:rsidR="00516BE5" w:rsidRDefault="00000000">
            <w:r>
              <w:t xml:space="preserve">Foreign key ke tabel </w:t>
            </w:r>
            <w:r>
              <w:lastRenderedPageBreak/>
              <w:t>JurnalPembelajaran</w:t>
            </w:r>
          </w:p>
        </w:tc>
      </w:tr>
      <w:tr w:rsidR="00516BE5" w14:paraId="45E04C8B" w14:textId="77777777">
        <w:tc>
          <w:tcPr>
            <w:tcW w:w="2880" w:type="dxa"/>
          </w:tcPr>
          <w:p w14:paraId="4DA83710" w14:textId="77777777" w:rsidR="00516BE5" w:rsidRDefault="00000000">
            <w:r>
              <w:lastRenderedPageBreak/>
              <w:t>nomor_absen</w:t>
            </w:r>
          </w:p>
        </w:tc>
        <w:tc>
          <w:tcPr>
            <w:tcW w:w="2880" w:type="dxa"/>
          </w:tcPr>
          <w:p w14:paraId="49553F12" w14:textId="77777777" w:rsidR="00516BE5" w:rsidRDefault="00000000">
            <w:r>
              <w:t>INT</w:t>
            </w:r>
          </w:p>
        </w:tc>
        <w:tc>
          <w:tcPr>
            <w:tcW w:w="2880" w:type="dxa"/>
          </w:tcPr>
          <w:p w14:paraId="666182B5" w14:textId="77777777" w:rsidR="00516BE5" w:rsidRDefault="00000000">
            <w:r>
              <w:t>Nomor absen siswa</w:t>
            </w:r>
          </w:p>
        </w:tc>
      </w:tr>
      <w:tr w:rsidR="00516BE5" w14:paraId="7F58BBAA" w14:textId="77777777">
        <w:tc>
          <w:tcPr>
            <w:tcW w:w="2880" w:type="dxa"/>
          </w:tcPr>
          <w:p w14:paraId="48E554D3" w14:textId="77777777" w:rsidR="00516BE5" w:rsidRDefault="00000000">
            <w:r>
              <w:t>status_kehadiran</w:t>
            </w:r>
          </w:p>
        </w:tc>
        <w:tc>
          <w:tcPr>
            <w:tcW w:w="2880" w:type="dxa"/>
          </w:tcPr>
          <w:p w14:paraId="20F404D0" w14:textId="77777777" w:rsidR="00516BE5" w:rsidRDefault="00000000">
            <w:r>
              <w:t>ENUM('Hadir', 'Tidak Hadir')</w:t>
            </w:r>
          </w:p>
        </w:tc>
        <w:tc>
          <w:tcPr>
            <w:tcW w:w="2880" w:type="dxa"/>
          </w:tcPr>
          <w:p w14:paraId="4C695117" w14:textId="77777777" w:rsidR="00516BE5" w:rsidRDefault="00000000">
            <w:r>
              <w:t>Kehadiran siswa</w:t>
            </w:r>
          </w:p>
        </w:tc>
      </w:tr>
    </w:tbl>
    <w:p w14:paraId="0A246092" w14:textId="77777777" w:rsidR="00516BE5" w:rsidRDefault="00000000">
      <w:pPr>
        <w:pStyle w:val="Heading2"/>
      </w:pPr>
      <w:r>
        <w:t>5. Tabel JamKosong</w:t>
      </w:r>
    </w:p>
    <w:p w14:paraId="3099859A" w14:textId="77777777" w:rsidR="00516BE5" w:rsidRDefault="00000000">
      <w:r>
        <w:t>Menyimpan informasi jam kosong yang terjadi.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80"/>
        <w:gridCol w:w="2880"/>
        <w:gridCol w:w="2880"/>
      </w:tblGrid>
      <w:tr w:rsidR="00516BE5" w14:paraId="253D5A99" w14:textId="77777777" w:rsidTr="00AB4189">
        <w:tc>
          <w:tcPr>
            <w:tcW w:w="2880" w:type="dxa"/>
            <w:shd w:val="clear" w:color="auto" w:fill="B6DDE8" w:themeFill="accent5" w:themeFillTint="66"/>
          </w:tcPr>
          <w:p w14:paraId="0CA72024" w14:textId="77777777" w:rsidR="00516BE5" w:rsidRDefault="00000000">
            <w:r>
              <w:t>Kolom</w:t>
            </w:r>
          </w:p>
        </w:tc>
        <w:tc>
          <w:tcPr>
            <w:tcW w:w="2880" w:type="dxa"/>
            <w:shd w:val="clear" w:color="auto" w:fill="B6DDE8" w:themeFill="accent5" w:themeFillTint="66"/>
          </w:tcPr>
          <w:p w14:paraId="0288CB97" w14:textId="77777777" w:rsidR="00516BE5" w:rsidRDefault="00000000">
            <w:r>
              <w:t>Tipe Data</w:t>
            </w:r>
          </w:p>
        </w:tc>
        <w:tc>
          <w:tcPr>
            <w:tcW w:w="2880" w:type="dxa"/>
            <w:shd w:val="clear" w:color="auto" w:fill="B6DDE8" w:themeFill="accent5" w:themeFillTint="66"/>
          </w:tcPr>
          <w:p w14:paraId="54F71068" w14:textId="77777777" w:rsidR="00516BE5" w:rsidRDefault="00000000">
            <w:r>
              <w:t>Keterangan</w:t>
            </w:r>
          </w:p>
        </w:tc>
      </w:tr>
      <w:tr w:rsidR="00516BE5" w14:paraId="1E0143AC" w14:textId="77777777">
        <w:tc>
          <w:tcPr>
            <w:tcW w:w="2880" w:type="dxa"/>
          </w:tcPr>
          <w:p w14:paraId="3DC970E1" w14:textId="77777777" w:rsidR="00516BE5" w:rsidRDefault="00000000">
            <w:r>
              <w:t>id_jam_kosong</w:t>
            </w:r>
          </w:p>
        </w:tc>
        <w:tc>
          <w:tcPr>
            <w:tcW w:w="2880" w:type="dxa"/>
          </w:tcPr>
          <w:p w14:paraId="73FC44A6" w14:textId="77777777" w:rsidR="00516BE5" w:rsidRDefault="00000000">
            <w:r>
              <w:t>INT AUTO_INCREMENT</w:t>
            </w:r>
          </w:p>
        </w:tc>
        <w:tc>
          <w:tcPr>
            <w:tcW w:w="2880" w:type="dxa"/>
          </w:tcPr>
          <w:p w14:paraId="2FE27723" w14:textId="77777777" w:rsidR="00516BE5" w:rsidRDefault="00000000">
            <w:r>
              <w:t>Primary key</w:t>
            </w:r>
          </w:p>
        </w:tc>
      </w:tr>
      <w:tr w:rsidR="00516BE5" w14:paraId="33954D67" w14:textId="77777777">
        <w:tc>
          <w:tcPr>
            <w:tcW w:w="2880" w:type="dxa"/>
          </w:tcPr>
          <w:p w14:paraId="318DDBAD" w14:textId="77777777" w:rsidR="00516BE5" w:rsidRDefault="00000000">
            <w:r>
              <w:t>tanggal</w:t>
            </w:r>
          </w:p>
        </w:tc>
        <w:tc>
          <w:tcPr>
            <w:tcW w:w="2880" w:type="dxa"/>
          </w:tcPr>
          <w:p w14:paraId="2A314C8C" w14:textId="77777777" w:rsidR="00516BE5" w:rsidRDefault="00000000">
            <w:r>
              <w:t>DATE</w:t>
            </w:r>
          </w:p>
        </w:tc>
        <w:tc>
          <w:tcPr>
            <w:tcW w:w="2880" w:type="dxa"/>
          </w:tcPr>
          <w:p w14:paraId="40526263" w14:textId="77777777" w:rsidR="00516BE5" w:rsidRDefault="00000000">
            <w:r>
              <w:t>Tanggal jam kosong</w:t>
            </w:r>
          </w:p>
        </w:tc>
      </w:tr>
      <w:tr w:rsidR="00516BE5" w14:paraId="7CCFEA97" w14:textId="77777777">
        <w:tc>
          <w:tcPr>
            <w:tcW w:w="2880" w:type="dxa"/>
          </w:tcPr>
          <w:p w14:paraId="01C72F4E" w14:textId="77777777" w:rsidR="00516BE5" w:rsidRDefault="00000000">
            <w:r>
              <w:t>jam_ke</w:t>
            </w:r>
          </w:p>
        </w:tc>
        <w:tc>
          <w:tcPr>
            <w:tcW w:w="2880" w:type="dxa"/>
          </w:tcPr>
          <w:p w14:paraId="516E705E" w14:textId="77777777" w:rsidR="00516BE5" w:rsidRDefault="00000000">
            <w:r>
              <w:t>INT</w:t>
            </w:r>
          </w:p>
        </w:tc>
        <w:tc>
          <w:tcPr>
            <w:tcW w:w="2880" w:type="dxa"/>
          </w:tcPr>
          <w:p w14:paraId="14D9A65D" w14:textId="77777777" w:rsidR="00516BE5" w:rsidRDefault="00000000">
            <w:r>
              <w:t>Jam keberapa</w:t>
            </w:r>
          </w:p>
        </w:tc>
      </w:tr>
      <w:tr w:rsidR="00516BE5" w14:paraId="6265C572" w14:textId="77777777">
        <w:tc>
          <w:tcPr>
            <w:tcW w:w="2880" w:type="dxa"/>
          </w:tcPr>
          <w:p w14:paraId="4F679485" w14:textId="77777777" w:rsidR="00516BE5" w:rsidRDefault="00000000">
            <w:r>
              <w:t>id_guru</w:t>
            </w:r>
          </w:p>
        </w:tc>
        <w:tc>
          <w:tcPr>
            <w:tcW w:w="2880" w:type="dxa"/>
          </w:tcPr>
          <w:p w14:paraId="53B9A149" w14:textId="77777777" w:rsidR="00516BE5" w:rsidRDefault="00000000">
            <w:r>
              <w:t>INT</w:t>
            </w:r>
          </w:p>
        </w:tc>
        <w:tc>
          <w:tcPr>
            <w:tcW w:w="2880" w:type="dxa"/>
          </w:tcPr>
          <w:p w14:paraId="136D47BC" w14:textId="77777777" w:rsidR="00516BE5" w:rsidRDefault="00000000">
            <w:r>
              <w:t>Foreign key ke tabel Guru</w:t>
            </w:r>
          </w:p>
        </w:tc>
      </w:tr>
      <w:tr w:rsidR="00516BE5" w14:paraId="6078C394" w14:textId="77777777">
        <w:tc>
          <w:tcPr>
            <w:tcW w:w="2880" w:type="dxa"/>
          </w:tcPr>
          <w:p w14:paraId="7554918F" w14:textId="77777777" w:rsidR="00516BE5" w:rsidRDefault="00000000">
            <w:r>
              <w:t>alasan</w:t>
            </w:r>
          </w:p>
        </w:tc>
        <w:tc>
          <w:tcPr>
            <w:tcW w:w="2880" w:type="dxa"/>
          </w:tcPr>
          <w:p w14:paraId="48611169" w14:textId="77777777" w:rsidR="00516BE5" w:rsidRDefault="00000000">
            <w:r>
              <w:t>TEXT</w:t>
            </w:r>
          </w:p>
        </w:tc>
        <w:tc>
          <w:tcPr>
            <w:tcW w:w="2880" w:type="dxa"/>
          </w:tcPr>
          <w:p w14:paraId="4EE5C9BA" w14:textId="77777777" w:rsidR="00516BE5" w:rsidRDefault="00000000">
            <w:r>
              <w:t>Alasan jam kosong</w:t>
            </w:r>
          </w:p>
        </w:tc>
      </w:tr>
    </w:tbl>
    <w:p w14:paraId="13F3EAE5" w14:textId="77777777" w:rsidR="00000000" w:rsidRDefault="00000000"/>
    <w:p w14:paraId="0729877F" w14:textId="77777777" w:rsidR="00AB4189" w:rsidRPr="00AB4189" w:rsidRDefault="00AB4189" w:rsidP="00AB4189">
      <w:pPr>
        <w:rPr>
          <w:b/>
          <w:bCs/>
          <w:sz w:val="24"/>
          <w:szCs w:val="24"/>
        </w:rPr>
      </w:pPr>
      <w:proofErr w:type="spellStart"/>
      <w:r w:rsidRPr="00AB4189">
        <w:rPr>
          <w:b/>
          <w:bCs/>
          <w:sz w:val="24"/>
          <w:szCs w:val="24"/>
        </w:rPr>
        <w:t>Hubungan</w:t>
      </w:r>
      <w:proofErr w:type="spellEnd"/>
      <w:r w:rsidRPr="00AB4189">
        <w:rPr>
          <w:b/>
          <w:bCs/>
          <w:sz w:val="24"/>
          <w:szCs w:val="24"/>
        </w:rPr>
        <w:t xml:space="preserve"> Antar Tabel</w:t>
      </w:r>
    </w:p>
    <w:p w14:paraId="5F3FB813" w14:textId="77777777" w:rsidR="00AB4189" w:rsidRPr="00AB4189" w:rsidRDefault="00AB4189" w:rsidP="00AB4189">
      <w:pPr>
        <w:numPr>
          <w:ilvl w:val="0"/>
          <w:numId w:val="10"/>
        </w:numPr>
        <w:rPr>
          <w:sz w:val="24"/>
          <w:szCs w:val="24"/>
        </w:rPr>
      </w:pPr>
      <w:r w:rsidRPr="00AB4189">
        <w:rPr>
          <w:b/>
          <w:bCs/>
          <w:sz w:val="24"/>
          <w:szCs w:val="24"/>
        </w:rPr>
        <w:t>Guru</w:t>
      </w:r>
      <w:r w:rsidRPr="00AB4189">
        <w:rPr>
          <w:sz w:val="24"/>
          <w:szCs w:val="24"/>
        </w:rPr>
        <w:t xml:space="preserve"> -&gt; </w:t>
      </w:r>
      <w:proofErr w:type="spellStart"/>
      <w:r w:rsidRPr="00AB4189">
        <w:rPr>
          <w:b/>
          <w:bCs/>
          <w:sz w:val="24"/>
          <w:szCs w:val="24"/>
        </w:rPr>
        <w:t>JurnalPembelajaran</w:t>
      </w:r>
      <w:proofErr w:type="spellEnd"/>
      <w:r w:rsidRPr="00AB4189">
        <w:rPr>
          <w:sz w:val="24"/>
          <w:szCs w:val="24"/>
        </w:rPr>
        <w:t xml:space="preserve">: </w:t>
      </w:r>
      <w:proofErr w:type="spellStart"/>
      <w:r w:rsidRPr="00AB4189">
        <w:rPr>
          <w:sz w:val="24"/>
          <w:szCs w:val="24"/>
        </w:rPr>
        <w:t>kode_guru</w:t>
      </w:r>
      <w:proofErr w:type="spellEnd"/>
      <w:r w:rsidRPr="00AB4189">
        <w:rPr>
          <w:sz w:val="24"/>
          <w:szCs w:val="24"/>
        </w:rPr>
        <w:t xml:space="preserve"> </w:t>
      </w:r>
      <w:proofErr w:type="spellStart"/>
      <w:r w:rsidRPr="00AB4189">
        <w:rPr>
          <w:sz w:val="24"/>
          <w:szCs w:val="24"/>
        </w:rPr>
        <w:t>sebagai</w:t>
      </w:r>
      <w:proofErr w:type="spellEnd"/>
      <w:r w:rsidRPr="00AB4189">
        <w:rPr>
          <w:sz w:val="24"/>
          <w:szCs w:val="24"/>
        </w:rPr>
        <w:t xml:space="preserve"> Foreign Key.</w:t>
      </w:r>
    </w:p>
    <w:p w14:paraId="2A859FCC" w14:textId="77777777" w:rsidR="00AB4189" w:rsidRPr="00AB4189" w:rsidRDefault="00AB4189" w:rsidP="00AB4189">
      <w:pPr>
        <w:numPr>
          <w:ilvl w:val="0"/>
          <w:numId w:val="10"/>
        </w:numPr>
        <w:rPr>
          <w:sz w:val="24"/>
          <w:szCs w:val="24"/>
        </w:rPr>
      </w:pPr>
      <w:proofErr w:type="spellStart"/>
      <w:r w:rsidRPr="00AB4189">
        <w:rPr>
          <w:b/>
          <w:bCs/>
          <w:sz w:val="24"/>
          <w:szCs w:val="24"/>
        </w:rPr>
        <w:t>MataPelajaran</w:t>
      </w:r>
      <w:proofErr w:type="spellEnd"/>
      <w:r w:rsidRPr="00AB4189">
        <w:rPr>
          <w:sz w:val="24"/>
          <w:szCs w:val="24"/>
        </w:rPr>
        <w:t xml:space="preserve"> -&gt; </w:t>
      </w:r>
      <w:proofErr w:type="spellStart"/>
      <w:r w:rsidRPr="00AB4189">
        <w:rPr>
          <w:b/>
          <w:bCs/>
          <w:sz w:val="24"/>
          <w:szCs w:val="24"/>
        </w:rPr>
        <w:t>JurnalPembelajaran</w:t>
      </w:r>
      <w:proofErr w:type="spellEnd"/>
      <w:r w:rsidRPr="00AB4189">
        <w:rPr>
          <w:sz w:val="24"/>
          <w:szCs w:val="24"/>
        </w:rPr>
        <w:t xml:space="preserve">: </w:t>
      </w:r>
      <w:proofErr w:type="spellStart"/>
      <w:r w:rsidRPr="00AB4189">
        <w:rPr>
          <w:sz w:val="24"/>
          <w:szCs w:val="24"/>
        </w:rPr>
        <w:t>kode_mapel</w:t>
      </w:r>
      <w:proofErr w:type="spellEnd"/>
      <w:r w:rsidRPr="00AB4189">
        <w:rPr>
          <w:sz w:val="24"/>
          <w:szCs w:val="24"/>
        </w:rPr>
        <w:t xml:space="preserve"> </w:t>
      </w:r>
      <w:proofErr w:type="spellStart"/>
      <w:r w:rsidRPr="00AB4189">
        <w:rPr>
          <w:sz w:val="24"/>
          <w:szCs w:val="24"/>
        </w:rPr>
        <w:t>sebagai</w:t>
      </w:r>
      <w:proofErr w:type="spellEnd"/>
      <w:r w:rsidRPr="00AB4189">
        <w:rPr>
          <w:sz w:val="24"/>
          <w:szCs w:val="24"/>
        </w:rPr>
        <w:t xml:space="preserve"> Foreign Key.</w:t>
      </w:r>
    </w:p>
    <w:p w14:paraId="6350285A" w14:textId="77777777" w:rsidR="00AB4189" w:rsidRPr="00AB4189" w:rsidRDefault="00AB4189" w:rsidP="00AB4189">
      <w:pPr>
        <w:numPr>
          <w:ilvl w:val="0"/>
          <w:numId w:val="10"/>
        </w:numPr>
        <w:rPr>
          <w:sz w:val="24"/>
          <w:szCs w:val="24"/>
        </w:rPr>
      </w:pPr>
      <w:proofErr w:type="spellStart"/>
      <w:r w:rsidRPr="00AB4189">
        <w:rPr>
          <w:b/>
          <w:bCs/>
          <w:sz w:val="24"/>
          <w:szCs w:val="24"/>
        </w:rPr>
        <w:t>JurnalPembelajaran</w:t>
      </w:r>
      <w:proofErr w:type="spellEnd"/>
      <w:r w:rsidRPr="00AB4189">
        <w:rPr>
          <w:sz w:val="24"/>
          <w:szCs w:val="24"/>
        </w:rPr>
        <w:t xml:space="preserve"> -&gt; </w:t>
      </w:r>
      <w:proofErr w:type="spellStart"/>
      <w:r w:rsidRPr="00AB4189">
        <w:rPr>
          <w:b/>
          <w:bCs/>
          <w:sz w:val="24"/>
          <w:szCs w:val="24"/>
        </w:rPr>
        <w:t>AbsensiSiswa</w:t>
      </w:r>
      <w:proofErr w:type="spellEnd"/>
      <w:r w:rsidRPr="00AB4189">
        <w:rPr>
          <w:sz w:val="24"/>
          <w:szCs w:val="24"/>
        </w:rPr>
        <w:t xml:space="preserve">: </w:t>
      </w:r>
      <w:proofErr w:type="spellStart"/>
      <w:r w:rsidRPr="00AB4189">
        <w:rPr>
          <w:sz w:val="24"/>
          <w:szCs w:val="24"/>
        </w:rPr>
        <w:t>id_jurnal</w:t>
      </w:r>
      <w:proofErr w:type="spellEnd"/>
      <w:r w:rsidRPr="00AB4189">
        <w:rPr>
          <w:sz w:val="24"/>
          <w:szCs w:val="24"/>
        </w:rPr>
        <w:t xml:space="preserve"> </w:t>
      </w:r>
      <w:proofErr w:type="spellStart"/>
      <w:r w:rsidRPr="00AB4189">
        <w:rPr>
          <w:sz w:val="24"/>
          <w:szCs w:val="24"/>
        </w:rPr>
        <w:t>sebagai</w:t>
      </w:r>
      <w:proofErr w:type="spellEnd"/>
      <w:r w:rsidRPr="00AB4189">
        <w:rPr>
          <w:sz w:val="24"/>
          <w:szCs w:val="24"/>
        </w:rPr>
        <w:t xml:space="preserve"> Foreign Key.</w:t>
      </w:r>
    </w:p>
    <w:p w14:paraId="36F62BE0" w14:textId="77777777" w:rsidR="00AB4189" w:rsidRDefault="00AB4189"/>
    <w:sectPr w:rsidR="00AB4189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53BE7995"/>
    <w:multiLevelType w:val="multilevel"/>
    <w:tmpl w:val="21F40E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090782751">
    <w:abstractNumId w:val="8"/>
  </w:num>
  <w:num w:numId="2" w16cid:durableId="290476713">
    <w:abstractNumId w:val="6"/>
  </w:num>
  <w:num w:numId="3" w16cid:durableId="693842096">
    <w:abstractNumId w:val="5"/>
  </w:num>
  <w:num w:numId="4" w16cid:durableId="2121946242">
    <w:abstractNumId w:val="4"/>
  </w:num>
  <w:num w:numId="5" w16cid:durableId="1163935063">
    <w:abstractNumId w:val="7"/>
  </w:num>
  <w:num w:numId="6" w16cid:durableId="2003778771">
    <w:abstractNumId w:val="3"/>
  </w:num>
  <w:num w:numId="7" w16cid:durableId="441143880">
    <w:abstractNumId w:val="2"/>
  </w:num>
  <w:num w:numId="8" w16cid:durableId="1308977568">
    <w:abstractNumId w:val="1"/>
  </w:num>
  <w:num w:numId="9" w16cid:durableId="758062953">
    <w:abstractNumId w:val="0"/>
  </w:num>
  <w:num w:numId="10" w16cid:durableId="79498346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516BE5"/>
    <w:rsid w:val="00AA1D8D"/>
    <w:rsid w:val="00AB4189"/>
    <w:rsid w:val="00B47730"/>
    <w:rsid w:val="00C70BCF"/>
    <w:rsid w:val="00CB0664"/>
    <w:rsid w:val="00F370B9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A7E0DE2"/>
  <w14:defaultImageDpi w14:val="300"/>
  <w15:docId w15:val="{45C53154-C7C3-4338-A6DE-C789FF0A75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3338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85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3412</TotalTime>
  <Pages>2</Pages>
  <Words>309</Words>
  <Characters>1766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2071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Yoyon Bagus</cp:lastModifiedBy>
  <cp:revision>2</cp:revision>
  <dcterms:created xsi:type="dcterms:W3CDTF">2013-12-23T23:15:00Z</dcterms:created>
  <dcterms:modified xsi:type="dcterms:W3CDTF">2025-01-16T02:57:00Z</dcterms:modified>
  <cp:category/>
</cp:coreProperties>
</file>